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B220D" w14:textId="77777777" w:rsidR="005653CC" w:rsidRPr="00327567" w:rsidRDefault="00000000">
      <w:pPr>
        <w:rPr>
          <w:lang w:eastAsia="ja-JP"/>
        </w:rPr>
      </w:pPr>
      <w:r w:rsidRPr="00327567">
        <w:rPr>
          <w:sz w:val="21"/>
          <w:lang w:eastAsia="ja-JP"/>
        </w:rPr>
        <w:t>長洲町公告第52号</w:t>
      </w:r>
    </w:p>
    <w:p w14:paraId="0746547F" w14:textId="77777777" w:rsidR="005653CC" w:rsidRPr="00327567" w:rsidRDefault="00000000">
      <w:pPr>
        <w:spacing w:after="100"/>
        <w:rPr>
          <w:lang w:eastAsia="ja-JP"/>
        </w:rPr>
      </w:pPr>
      <w:r w:rsidRPr="00327567">
        <w:rPr>
          <w:sz w:val="21"/>
          <w:lang w:eastAsia="ja-JP"/>
        </w:rPr>
        <w:t>地方自治法施行令第167条の6及び一般競争入札による町有地売払い要領第2条の規定により、一般競争入札による町有地の売払いを次のとおり公告する。</w:t>
      </w:r>
    </w:p>
    <w:p w14:paraId="302444B5" w14:textId="77777777" w:rsidR="005653CC" w:rsidRPr="00327567" w:rsidRDefault="00000000" w:rsidP="00327567">
      <w:pPr>
        <w:ind w:right="840"/>
      </w:pPr>
      <w:r w:rsidRPr="00327567">
        <w:rPr>
          <w:sz w:val="21"/>
        </w:rPr>
        <w:t>令和8年9月16日</w:t>
      </w:r>
    </w:p>
    <w:p w14:paraId="7A6CB2E9" w14:textId="77777777" w:rsidR="005653CC" w:rsidRPr="00327567" w:rsidRDefault="00000000" w:rsidP="00327567">
      <w:pPr>
        <w:spacing w:after="180"/>
        <w:ind w:right="840"/>
        <w:jc w:val="right"/>
      </w:pPr>
      <w:r w:rsidRPr="00327567">
        <w:rPr>
          <w:sz w:val="21"/>
        </w:rPr>
        <w:t>長洲町長　田成　修一</w:t>
      </w:r>
    </w:p>
    <w:p w14:paraId="371888B6" w14:textId="77777777" w:rsidR="005653CC" w:rsidRPr="00327567" w:rsidRDefault="00000000">
      <w:pPr>
        <w:spacing w:after="160"/>
        <w:jc w:val="center"/>
        <w:rPr>
          <w:lang w:eastAsia="ja-JP"/>
        </w:rPr>
      </w:pPr>
      <w:r w:rsidRPr="00327567">
        <w:rPr>
          <w:sz w:val="28"/>
          <w:lang w:eastAsia="ja-JP"/>
        </w:rPr>
        <w:t>一般競争入札による町有地の売払い</w:t>
      </w:r>
    </w:p>
    <w:p w14:paraId="43416F88" w14:textId="77777777" w:rsidR="005653CC" w:rsidRPr="00327567" w:rsidRDefault="00000000">
      <w:pPr>
        <w:keepNext/>
        <w:spacing w:after="80"/>
      </w:pPr>
      <w:r w:rsidRPr="00327567">
        <w:rPr>
          <w:sz w:val="21"/>
        </w:rPr>
        <w:t xml:space="preserve">１　</w:t>
      </w:r>
      <w:proofErr w:type="spellStart"/>
      <w:r w:rsidRPr="00327567">
        <w:rPr>
          <w:sz w:val="21"/>
        </w:rPr>
        <w:t>入札物件</w:t>
      </w:r>
      <w:proofErr w:type="spellEnd"/>
    </w:p>
    <w:tbl>
      <w:tblPr>
        <w:tblStyle w:val="afe"/>
        <w:tblW w:w="0" w:type="auto"/>
        <w:jc w:val="center"/>
        <w:tblLook w:val="04A0" w:firstRow="1" w:lastRow="0" w:firstColumn="1" w:lastColumn="0" w:noHBand="0" w:noVBand="1"/>
      </w:tblPr>
      <w:tblGrid>
        <w:gridCol w:w="4390"/>
        <w:gridCol w:w="992"/>
        <w:gridCol w:w="850"/>
        <w:gridCol w:w="1276"/>
        <w:gridCol w:w="2177"/>
      </w:tblGrid>
      <w:tr w:rsidR="005653CC" w:rsidRPr="00327567" w14:paraId="1D8CACD2" w14:textId="77777777" w:rsidTr="00A86E9B">
        <w:trPr>
          <w:cantSplit/>
          <w:jc w:val="center"/>
        </w:trPr>
        <w:tc>
          <w:tcPr>
            <w:tcW w:w="4390" w:type="dxa"/>
            <w:vAlign w:val="center"/>
          </w:tcPr>
          <w:p w14:paraId="40607DD6" w14:textId="77777777" w:rsidR="005653CC" w:rsidRPr="00A86E9B" w:rsidRDefault="00000000">
            <w:pPr>
              <w:spacing w:line="240" w:lineRule="auto"/>
              <w:jc w:val="center"/>
              <w:rPr>
                <w:sz w:val="21"/>
                <w:szCs w:val="28"/>
              </w:rPr>
            </w:pPr>
            <w:proofErr w:type="spellStart"/>
            <w:r w:rsidRPr="00A86E9B">
              <w:rPr>
                <w:sz w:val="21"/>
                <w:szCs w:val="28"/>
              </w:rPr>
              <w:t>所在地</w:t>
            </w:r>
            <w:proofErr w:type="spellEnd"/>
          </w:p>
        </w:tc>
        <w:tc>
          <w:tcPr>
            <w:tcW w:w="992" w:type="dxa"/>
            <w:vAlign w:val="center"/>
          </w:tcPr>
          <w:p w14:paraId="50C854E1" w14:textId="77777777" w:rsidR="005653CC" w:rsidRPr="00A86E9B" w:rsidRDefault="00000000">
            <w:pPr>
              <w:spacing w:line="240" w:lineRule="auto"/>
              <w:jc w:val="center"/>
              <w:rPr>
                <w:sz w:val="21"/>
                <w:szCs w:val="28"/>
              </w:rPr>
            </w:pPr>
            <w:r w:rsidRPr="00A86E9B">
              <w:rPr>
                <w:sz w:val="21"/>
                <w:szCs w:val="28"/>
              </w:rPr>
              <w:t>区分</w:t>
            </w:r>
          </w:p>
        </w:tc>
        <w:tc>
          <w:tcPr>
            <w:tcW w:w="850" w:type="dxa"/>
            <w:vAlign w:val="center"/>
          </w:tcPr>
          <w:p w14:paraId="306D2949" w14:textId="77777777" w:rsidR="005653CC" w:rsidRPr="00A86E9B" w:rsidRDefault="00000000">
            <w:pPr>
              <w:spacing w:line="240" w:lineRule="auto"/>
              <w:jc w:val="center"/>
              <w:rPr>
                <w:sz w:val="21"/>
                <w:szCs w:val="28"/>
              </w:rPr>
            </w:pPr>
            <w:r w:rsidRPr="00A86E9B">
              <w:rPr>
                <w:sz w:val="21"/>
                <w:szCs w:val="28"/>
              </w:rPr>
              <w:t>地目</w:t>
            </w:r>
          </w:p>
        </w:tc>
        <w:tc>
          <w:tcPr>
            <w:tcW w:w="1276" w:type="dxa"/>
            <w:vAlign w:val="center"/>
          </w:tcPr>
          <w:p w14:paraId="66D59E6C" w14:textId="77777777" w:rsidR="005653CC" w:rsidRPr="00A86E9B" w:rsidRDefault="00000000">
            <w:pPr>
              <w:spacing w:line="240" w:lineRule="auto"/>
              <w:jc w:val="center"/>
              <w:rPr>
                <w:sz w:val="21"/>
                <w:szCs w:val="28"/>
              </w:rPr>
            </w:pPr>
            <w:r w:rsidRPr="00A86E9B">
              <w:rPr>
                <w:sz w:val="21"/>
                <w:szCs w:val="28"/>
              </w:rPr>
              <w:t>地積（㎡）</w:t>
            </w:r>
          </w:p>
        </w:tc>
        <w:tc>
          <w:tcPr>
            <w:tcW w:w="2177" w:type="dxa"/>
            <w:vAlign w:val="center"/>
          </w:tcPr>
          <w:p w14:paraId="2C2B8B53" w14:textId="77777777" w:rsidR="005653CC" w:rsidRPr="00A86E9B" w:rsidRDefault="00000000">
            <w:pPr>
              <w:spacing w:line="240" w:lineRule="auto"/>
              <w:jc w:val="center"/>
              <w:rPr>
                <w:sz w:val="21"/>
                <w:szCs w:val="28"/>
              </w:rPr>
            </w:pPr>
            <w:r w:rsidRPr="00A86E9B">
              <w:rPr>
                <w:sz w:val="21"/>
                <w:szCs w:val="28"/>
              </w:rPr>
              <w:t>最低売払価格（円）</w:t>
            </w:r>
          </w:p>
        </w:tc>
      </w:tr>
      <w:tr w:rsidR="005653CC" w:rsidRPr="00327567" w14:paraId="7F5CCEF9" w14:textId="77777777" w:rsidTr="00A86E9B">
        <w:trPr>
          <w:cantSplit/>
          <w:jc w:val="center"/>
        </w:trPr>
        <w:tc>
          <w:tcPr>
            <w:tcW w:w="4390" w:type="dxa"/>
            <w:vAlign w:val="center"/>
          </w:tcPr>
          <w:p w14:paraId="38CEBA93" w14:textId="77777777" w:rsidR="005653CC" w:rsidRPr="00A86E9B" w:rsidRDefault="00000000">
            <w:pPr>
              <w:spacing w:line="240" w:lineRule="auto"/>
              <w:rPr>
                <w:sz w:val="21"/>
                <w:szCs w:val="28"/>
              </w:rPr>
            </w:pPr>
            <w:r w:rsidRPr="00A86E9B">
              <w:rPr>
                <w:sz w:val="21"/>
                <w:szCs w:val="28"/>
              </w:rPr>
              <w:t>玉名郡長洲町大字梅田字辻居屋敷459番1</w:t>
            </w:r>
          </w:p>
        </w:tc>
        <w:tc>
          <w:tcPr>
            <w:tcW w:w="992" w:type="dxa"/>
            <w:vAlign w:val="center"/>
          </w:tcPr>
          <w:p w14:paraId="6DD85B69" w14:textId="77777777" w:rsidR="005653CC" w:rsidRPr="00A86E9B" w:rsidRDefault="00000000">
            <w:pPr>
              <w:spacing w:line="240" w:lineRule="auto"/>
              <w:jc w:val="center"/>
              <w:rPr>
                <w:sz w:val="21"/>
                <w:szCs w:val="28"/>
              </w:rPr>
            </w:pPr>
            <w:r w:rsidRPr="00A86E9B">
              <w:rPr>
                <w:sz w:val="21"/>
                <w:szCs w:val="28"/>
              </w:rPr>
              <w:t>土地</w:t>
            </w:r>
          </w:p>
        </w:tc>
        <w:tc>
          <w:tcPr>
            <w:tcW w:w="850" w:type="dxa"/>
            <w:vAlign w:val="center"/>
          </w:tcPr>
          <w:p w14:paraId="2037CC53" w14:textId="77777777" w:rsidR="005653CC" w:rsidRPr="00A86E9B" w:rsidRDefault="00000000">
            <w:pPr>
              <w:spacing w:line="240" w:lineRule="auto"/>
              <w:jc w:val="center"/>
              <w:rPr>
                <w:sz w:val="21"/>
                <w:szCs w:val="28"/>
              </w:rPr>
            </w:pPr>
            <w:r w:rsidRPr="00A86E9B">
              <w:rPr>
                <w:sz w:val="21"/>
                <w:szCs w:val="28"/>
              </w:rPr>
              <w:t>宅地</w:t>
            </w:r>
          </w:p>
        </w:tc>
        <w:tc>
          <w:tcPr>
            <w:tcW w:w="1276" w:type="dxa"/>
            <w:vAlign w:val="center"/>
          </w:tcPr>
          <w:p w14:paraId="17A64553" w14:textId="77777777" w:rsidR="005653CC" w:rsidRPr="00A86E9B" w:rsidRDefault="00000000">
            <w:pPr>
              <w:spacing w:line="240" w:lineRule="auto"/>
              <w:jc w:val="center"/>
              <w:rPr>
                <w:sz w:val="21"/>
                <w:szCs w:val="28"/>
              </w:rPr>
            </w:pPr>
            <w:r w:rsidRPr="00A86E9B">
              <w:rPr>
                <w:sz w:val="21"/>
                <w:szCs w:val="28"/>
              </w:rPr>
              <w:t>243.78</w:t>
            </w:r>
          </w:p>
        </w:tc>
        <w:tc>
          <w:tcPr>
            <w:tcW w:w="2177" w:type="dxa"/>
            <w:vAlign w:val="center"/>
          </w:tcPr>
          <w:p w14:paraId="60BE4B54" w14:textId="77777777" w:rsidR="005653CC" w:rsidRPr="00A86E9B" w:rsidRDefault="00000000">
            <w:pPr>
              <w:spacing w:line="240" w:lineRule="auto"/>
              <w:jc w:val="center"/>
              <w:rPr>
                <w:sz w:val="21"/>
                <w:szCs w:val="28"/>
              </w:rPr>
            </w:pPr>
            <w:r w:rsidRPr="00A86E9B">
              <w:rPr>
                <w:sz w:val="21"/>
                <w:szCs w:val="28"/>
              </w:rPr>
              <w:t>2,250,000</w:t>
            </w:r>
          </w:p>
        </w:tc>
      </w:tr>
    </w:tbl>
    <w:p w14:paraId="267D1128" w14:textId="578458CF" w:rsidR="005653CC" w:rsidRPr="00327567" w:rsidRDefault="00000000">
      <w:pPr>
        <w:spacing w:after="40"/>
        <w:ind w:left="113"/>
        <w:rPr>
          <w:lang w:eastAsia="ja-JP"/>
        </w:rPr>
      </w:pPr>
      <w:r w:rsidRPr="00327567">
        <w:rPr>
          <w:sz w:val="21"/>
          <w:lang w:eastAsia="ja-JP"/>
        </w:rPr>
        <w:t>※売買物件の詳細は、別紙物件調書を参照すること。</w:t>
      </w:r>
    </w:p>
    <w:p w14:paraId="2707F82F" w14:textId="77777777" w:rsidR="005653CC" w:rsidRPr="00327567" w:rsidRDefault="00000000">
      <w:pPr>
        <w:spacing w:after="100"/>
        <w:ind w:left="113"/>
        <w:rPr>
          <w:lang w:eastAsia="ja-JP"/>
        </w:rPr>
      </w:pPr>
      <w:r w:rsidRPr="00327567">
        <w:rPr>
          <w:sz w:val="21"/>
          <w:lang w:eastAsia="ja-JP"/>
        </w:rPr>
        <w:t>※売払いは現状有姿とし、町の負担による造成、整地、擁壁の設置その他の工事は行わない。</w:t>
      </w:r>
    </w:p>
    <w:p w14:paraId="77C8F5F1" w14:textId="77777777" w:rsidR="005653CC" w:rsidRPr="00327567" w:rsidRDefault="00000000">
      <w:pPr>
        <w:keepNext/>
        <w:spacing w:after="80"/>
        <w:rPr>
          <w:lang w:eastAsia="ja-JP"/>
        </w:rPr>
      </w:pPr>
      <w:r w:rsidRPr="00327567">
        <w:rPr>
          <w:sz w:val="21"/>
          <w:lang w:eastAsia="ja-JP"/>
        </w:rPr>
        <w:t>２　入札参加者の資格及び入札の参加方法</w:t>
      </w:r>
    </w:p>
    <w:p w14:paraId="73901AB4" w14:textId="77777777" w:rsidR="005653CC" w:rsidRPr="00327567" w:rsidRDefault="00000000">
      <w:pPr>
        <w:keepNext/>
        <w:spacing w:after="40"/>
        <w:ind w:left="170"/>
        <w:rPr>
          <w:lang w:eastAsia="ja-JP"/>
        </w:rPr>
      </w:pPr>
      <w:r w:rsidRPr="00327567">
        <w:rPr>
          <w:sz w:val="21"/>
          <w:lang w:eastAsia="ja-JP"/>
        </w:rPr>
        <w:t>（１）入札参加者の資格</w:t>
      </w:r>
    </w:p>
    <w:p w14:paraId="7A5D6AD7" w14:textId="77777777" w:rsidR="005653CC" w:rsidRPr="00327567" w:rsidRDefault="00000000">
      <w:pPr>
        <w:spacing w:after="40"/>
        <w:ind w:left="340"/>
        <w:rPr>
          <w:lang w:eastAsia="ja-JP"/>
        </w:rPr>
      </w:pPr>
      <w:r w:rsidRPr="00327567">
        <w:rPr>
          <w:sz w:val="21"/>
          <w:lang w:eastAsia="ja-JP"/>
        </w:rPr>
        <w:t>次の要件をすべて満たす個人又は法人とする。なお、2名以上の連名（共有）による入札参加も可とする。</w:t>
      </w:r>
    </w:p>
    <w:p w14:paraId="6CD8B942" w14:textId="77777777" w:rsidR="005653CC" w:rsidRPr="00327567" w:rsidRDefault="00000000">
      <w:pPr>
        <w:spacing w:after="40"/>
        <w:ind w:left="340"/>
        <w:rPr>
          <w:lang w:eastAsia="ja-JP"/>
        </w:rPr>
      </w:pPr>
      <w:r w:rsidRPr="00327567">
        <w:rPr>
          <w:sz w:val="21"/>
          <w:lang w:eastAsia="ja-JP"/>
        </w:rPr>
        <w:t>①未成年者及び地方自治法施行令（昭和22年政令第16号）第167条の4に規定する者でないこと。</w:t>
      </w:r>
    </w:p>
    <w:p w14:paraId="5147FC41" w14:textId="77777777" w:rsidR="005653CC" w:rsidRPr="00327567" w:rsidRDefault="00000000">
      <w:pPr>
        <w:spacing w:after="40"/>
        <w:ind w:left="340"/>
        <w:rPr>
          <w:lang w:eastAsia="ja-JP"/>
        </w:rPr>
      </w:pPr>
      <w:r w:rsidRPr="00327567">
        <w:rPr>
          <w:sz w:val="21"/>
          <w:lang w:eastAsia="ja-JP"/>
        </w:rPr>
        <w:t>②自己の所有財産について現に強制執行の措置を受けておらず、かつ、租税その他公課を滞納していないこと。</w:t>
      </w:r>
    </w:p>
    <w:p w14:paraId="51A53D60" w14:textId="77777777" w:rsidR="005653CC" w:rsidRPr="00327567" w:rsidRDefault="00000000">
      <w:pPr>
        <w:spacing w:after="40"/>
        <w:ind w:left="340"/>
        <w:rPr>
          <w:lang w:eastAsia="ja-JP"/>
        </w:rPr>
      </w:pPr>
      <w:r w:rsidRPr="00327567">
        <w:rPr>
          <w:sz w:val="21"/>
          <w:lang w:eastAsia="ja-JP"/>
        </w:rPr>
        <w:t>③入札の公正な執行を妨げた者又は公正な価格の成立を害し、若しくは不正の利益を得るため連合した者でないこと。</w:t>
      </w:r>
    </w:p>
    <w:p w14:paraId="4B307E11" w14:textId="77777777" w:rsidR="005653CC" w:rsidRPr="00327567" w:rsidRDefault="00000000">
      <w:pPr>
        <w:spacing w:after="40"/>
        <w:ind w:left="340"/>
        <w:rPr>
          <w:lang w:eastAsia="ja-JP"/>
        </w:rPr>
      </w:pPr>
      <w:r w:rsidRPr="00327567">
        <w:rPr>
          <w:sz w:val="21"/>
          <w:lang w:eastAsia="ja-JP"/>
        </w:rPr>
        <w:t>④公有財産の事務に従事する長洲町職員でないこと。</w:t>
      </w:r>
    </w:p>
    <w:p w14:paraId="1E612520" w14:textId="77777777" w:rsidR="005653CC" w:rsidRPr="00327567" w:rsidRDefault="00000000">
      <w:pPr>
        <w:spacing w:after="40"/>
        <w:ind w:left="340"/>
        <w:rPr>
          <w:lang w:eastAsia="ja-JP"/>
        </w:rPr>
      </w:pPr>
      <w:r w:rsidRPr="00327567">
        <w:rPr>
          <w:sz w:val="21"/>
          <w:lang w:eastAsia="ja-JP"/>
        </w:rPr>
        <w:t>⑤長洲町暴力団排除条例第2条に規定する暴力団、暴力団員又は暴力団関係者でないこと。また、法人にあっては、その役員又は経営に実質的に関与している者が、これらに該当しないこと。</w:t>
      </w:r>
    </w:p>
    <w:p w14:paraId="0FD9F307" w14:textId="77777777" w:rsidR="005653CC" w:rsidRPr="00327567" w:rsidRDefault="00000000">
      <w:pPr>
        <w:keepNext/>
        <w:spacing w:after="40"/>
        <w:ind w:left="170"/>
        <w:rPr>
          <w:lang w:eastAsia="ja-JP"/>
        </w:rPr>
      </w:pPr>
      <w:r w:rsidRPr="00327567">
        <w:rPr>
          <w:sz w:val="21"/>
          <w:lang w:eastAsia="ja-JP"/>
        </w:rPr>
        <w:t>（２）入札の参加方法</w:t>
      </w:r>
    </w:p>
    <w:p w14:paraId="374D0213" w14:textId="77777777" w:rsidR="005653CC" w:rsidRPr="00327567" w:rsidRDefault="00000000">
      <w:pPr>
        <w:spacing w:after="40"/>
        <w:ind w:left="340"/>
        <w:rPr>
          <w:lang w:eastAsia="ja-JP"/>
        </w:rPr>
      </w:pPr>
      <w:r w:rsidRPr="00327567">
        <w:rPr>
          <w:sz w:val="21"/>
          <w:lang w:eastAsia="ja-JP"/>
        </w:rPr>
        <w:t>①参加申込み</w:t>
      </w:r>
    </w:p>
    <w:p w14:paraId="20556507" w14:textId="77777777" w:rsidR="005653CC" w:rsidRPr="00327567" w:rsidRDefault="00000000">
      <w:pPr>
        <w:spacing w:after="40"/>
        <w:ind w:left="340"/>
        <w:rPr>
          <w:lang w:eastAsia="ja-JP"/>
        </w:rPr>
      </w:pPr>
      <w:r w:rsidRPr="00327567">
        <w:rPr>
          <w:sz w:val="21"/>
          <w:lang w:eastAsia="ja-JP"/>
        </w:rPr>
        <w:t>入札参加申込書（様式第1号）に必要事項を記入し、次の書類を添えて申し込むこと。</w:t>
      </w:r>
    </w:p>
    <w:tbl>
      <w:tblPr>
        <w:tblStyle w:val="afe"/>
        <w:tblW w:w="0" w:type="auto"/>
        <w:jc w:val="center"/>
        <w:tblLook w:val="04A0" w:firstRow="1" w:lastRow="0" w:firstColumn="1" w:lastColumn="0" w:noHBand="0" w:noVBand="1"/>
      </w:tblPr>
      <w:tblGrid>
        <w:gridCol w:w="3258"/>
        <w:gridCol w:w="6427"/>
      </w:tblGrid>
      <w:tr w:rsidR="005653CC" w:rsidRPr="00327567" w14:paraId="69B2866D" w14:textId="77777777" w:rsidTr="006E0D24">
        <w:trPr>
          <w:cantSplit/>
          <w:jc w:val="center"/>
        </w:trPr>
        <w:tc>
          <w:tcPr>
            <w:tcW w:w="3258" w:type="dxa"/>
            <w:vAlign w:val="center"/>
          </w:tcPr>
          <w:p w14:paraId="07117405" w14:textId="77777777" w:rsidR="005653CC" w:rsidRPr="00327567" w:rsidRDefault="00000000">
            <w:pPr>
              <w:spacing w:line="240" w:lineRule="auto"/>
              <w:jc w:val="center"/>
              <w:rPr>
                <w:sz w:val="21"/>
                <w:szCs w:val="28"/>
              </w:rPr>
            </w:pPr>
            <w:proofErr w:type="spellStart"/>
            <w:r w:rsidRPr="00327567">
              <w:rPr>
                <w:sz w:val="21"/>
                <w:szCs w:val="28"/>
              </w:rPr>
              <w:t>区分</w:t>
            </w:r>
            <w:proofErr w:type="spellEnd"/>
          </w:p>
        </w:tc>
        <w:tc>
          <w:tcPr>
            <w:tcW w:w="6427" w:type="dxa"/>
            <w:vAlign w:val="center"/>
          </w:tcPr>
          <w:p w14:paraId="439C9951" w14:textId="77777777" w:rsidR="005653CC" w:rsidRPr="00327567" w:rsidRDefault="00000000">
            <w:pPr>
              <w:spacing w:line="240" w:lineRule="auto"/>
              <w:jc w:val="center"/>
              <w:rPr>
                <w:sz w:val="21"/>
                <w:szCs w:val="28"/>
              </w:rPr>
            </w:pPr>
            <w:proofErr w:type="spellStart"/>
            <w:r w:rsidRPr="00327567">
              <w:rPr>
                <w:sz w:val="21"/>
                <w:szCs w:val="28"/>
              </w:rPr>
              <w:t>必要書類</w:t>
            </w:r>
            <w:proofErr w:type="spellEnd"/>
          </w:p>
        </w:tc>
      </w:tr>
      <w:tr w:rsidR="005653CC" w:rsidRPr="00327567" w14:paraId="6AD876BC" w14:textId="77777777" w:rsidTr="006E0D24">
        <w:trPr>
          <w:cantSplit/>
          <w:jc w:val="center"/>
        </w:trPr>
        <w:tc>
          <w:tcPr>
            <w:tcW w:w="3258" w:type="dxa"/>
            <w:vAlign w:val="center"/>
          </w:tcPr>
          <w:p w14:paraId="00DBE0D0" w14:textId="77777777" w:rsidR="005653CC" w:rsidRPr="00327567" w:rsidRDefault="00000000">
            <w:pPr>
              <w:spacing w:line="240" w:lineRule="auto"/>
              <w:jc w:val="center"/>
              <w:rPr>
                <w:sz w:val="21"/>
                <w:szCs w:val="28"/>
              </w:rPr>
            </w:pPr>
            <w:proofErr w:type="spellStart"/>
            <w:r w:rsidRPr="00327567">
              <w:rPr>
                <w:sz w:val="21"/>
                <w:szCs w:val="28"/>
              </w:rPr>
              <w:t>法人</w:t>
            </w:r>
            <w:proofErr w:type="spellEnd"/>
          </w:p>
        </w:tc>
        <w:tc>
          <w:tcPr>
            <w:tcW w:w="6427" w:type="dxa"/>
            <w:vAlign w:val="center"/>
          </w:tcPr>
          <w:p w14:paraId="0E4C3D8B" w14:textId="77777777" w:rsidR="005653CC" w:rsidRPr="00327567" w:rsidRDefault="00000000">
            <w:pPr>
              <w:spacing w:line="240" w:lineRule="auto"/>
              <w:rPr>
                <w:sz w:val="21"/>
                <w:szCs w:val="28"/>
                <w:lang w:eastAsia="ja-JP"/>
              </w:rPr>
            </w:pPr>
            <w:r w:rsidRPr="00327567">
              <w:rPr>
                <w:sz w:val="21"/>
                <w:szCs w:val="28"/>
                <w:lang w:eastAsia="ja-JP"/>
              </w:rPr>
              <w:t>登記事項証明書（履歴事項全部証明書又は現在事項全部証明書）</w:t>
            </w:r>
          </w:p>
          <w:p w14:paraId="1DE1B6E5" w14:textId="77777777" w:rsidR="005653CC" w:rsidRPr="00327567" w:rsidRDefault="00000000">
            <w:pPr>
              <w:spacing w:line="240" w:lineRule="auto"/>
              <w:rPr>
                <w:sz w:val="21"/>
                <w:szCs w:val="28"/>
                <w:lang w:eastAsia="ja-JP"/>
              </w:rPr>
            </w:pPr>
            <w:r w:rsidRPr="00327567">
              <w:rPr>
                <w:sz w:val="21"/>
                <w:szCs w:val="28"/>
                <w:lang w:eastAsia="ja-JP"/>
              </w:rPr>
              <w:t>納税証明書（滞納がないことを証するもの）</w:t>
            </w:r>
          </w:p>
          <w:p w14:paraId="77323369" w14:textId="77777777" w:rsidR="005653CC" w:rsidRPr="00327567" w:rsidRDefault="00000000">
            <w:pPr>
              <w:spacing w:line="240" w:lineRule="auto"/>
              <w:rPr>
                <w:sz w:val="21"/>
                <w:szCs w:val="28"/>
              </w:rPr>
            </w:pPr>
            <w:proofErr w:type="spellStart"/>
            <w:r w:rsidRPr="00327567">
              <w:rPr>
                <w:sz w:val="21"/>
                <w:szCs w:val="28"/>
              </w:rPr>
              <w:t>印鑑登録証明書</w:t>
            </w:r>
            <w:proofErr w:type="spellEnd"/>
          </w:p>
          <w:p w14:paraId="5BEB3EE3" w14:textId="77777777" w:rsidR="005653CC" w:rsidRPr="00327567" w:rsidRDefault="00000000">
            <w:pPr>
              <w:spacing w:line="240" w:lineRule="auto"/>
              <w:rPr>
                <w:sz w:val="21"/>
                <w:szCs w:val="28"/>
              </w:rPr>
            </w:pPr>
            <w:r w:rsidRPr="00327567">
              <w:rPr>
                <w:sz w:val="21"/>
                <w:szCs w:val="28"/>
              </w:rPr>
              <w:t>誓約書</w:t>
            </w:r>
          </w:p>
        </w:tc>
      </w:tr>
      <w:tr w:rsidR="005653CC" w:rsidRPr="00327567" w14:paraId="76EDB9BA" w14:textId="77777777" w:rsidTr="006E0D24">
        <w:trPr>
          <w:cantSplit/>
          <w:jc w:val="center"/>
        </w:trPr>
        <w:tc>
          <w:tcPr>
            <w:tcW w:w="3258" w:type="dxa"/>
            <w:vAlign w:val="center"/>
          </w:tcPr>
          <w:p w14:paraId="0D4FF632" w14:textId="77777777" w:rsidR="005653CC" w:rsidRPr="00327567" w:rsidRDefault="00000000">
            <w:pPr>
              <w:spacing w:line="240" w:lineRule="auto"/>
              <w:jc w:val="center"/>
              <w:rPr>
                <w:sz w:val="21"/>
                <w:szCs w:val="28"/>
              </w:rPr>
            </w:pPr>
            <w:r w:rsidRPr="00327567">
              <w:rPr>
                <w:sz w:val="21"/>
                <w:szCs w:val="28"/>
              </w:rPr>
              <w:t>個人</w:t>
            </w:r>
          </w:p>
        </w:tc>
        <w:tc>
          <w:tcPr>
            <w:tcW w:w="6427" w:type="dxa"/>
            <w:vAlign w:val="center"/>
          </w:tcPr>
          <w:p w14:paraId="4FA4A538" w14:textId="77777777" w:rsidR="005653CC" w:rsidRPr="00327567" w:rsidRDefault="00000000">
            <w:pPr>
              <w:spacing w:line="240" w:lineRule="auto"/>
              <w:rPr>
                <w:sz w:val="21"/>
                <w:szCs w:val="28"/>
                <w:lang w:eastAsia="ja-JP"/>
              </w:rPr>
            </w:pPr>
            <w:r w:rsidRPr="00327567">
              <w:rPr>
                <w:sz w:val="21"/>
                <w:szCs w:val="28"/>
                <w:lang w:eastAsia="ja-JP"/>
              </w:rPr>
              <w:t>身分証明書（本籍地の市区町村が発行するもの）</w:t>
            </w:r>
          </w:p>
          <w:p w14:paraId="7A633300" w14:textId="77777777" w:rsidR="005653CC" w:rsidRPr="00327567" w:rsidRDefault="00000000">
            <w:pPr>
              <w:spacing w:line="240" w:lineRule="auto"/>
              <w:rPr>
                <w:sz w:val="21"/>
                <w:szCs w:val="28"/>
                <w:lang w:eastAsia="ja-JP"/>
              </w:rPr>
            </w:pPr>
            <w:r w:rsidRPr="00327567">
              <w:rPr>
                <w:sz w:val="21"/>
                <w:szCs w:val="28"/>
                <w:lang w:eastAsia="ja-JP"/>
              </w:rPr>
              <w:t>納税証明書（滞納がないことを証するもの）</w:t>
            </w:r>
          </w:p>
          <w:p w14:paraId="4AA88926" w14:textId="77777777" w:rsidR="005653CC" w:rsidRPr="00327567" w:rsidRDefault="00000000">
            <w:pPr>
              <w:spacing w:line="240" w:lineRule="auto"/>
              <w:rPr>
                <w:sz w:val="21"/>
                <w:szCs w:val="28"/>
              </w:rPr>
            </w:pPr>
            <w:proofErr w:type="spellStart"/>
            <w:r w:rsidRPr="00327567">
              <w:rPr>
                <w:sz w:val="21"/>
                <w:szCs w:val="28"/>
              </w:rPr>
              <w:t>印鑑登録証明書</w:t>
            </w:r>
            <w:proofErr w:type="spellEnd"/>
          </w:p>
          <w:p w14:paraId="3EA26446" w14:textId="77777777" w:rsidR="005653CC" w:rsidRPr="00327567" w:rsidRDefault="00000000">
            <w:pPr>
              <w:spacing w:line="240" w:lineRule="auto"/>
              <w:rPr>
                <w:sz w:val="21"/>
                <w:szCs w:val="28"/>
              </w:rPr>
            </w:pPr>
            <w:r w:rsidRPr="00327567">
              <w:rPr>
                <w:sz w:val="21"/>
                <w:szCs w:val="28"/>
              </w:rPr>
              <w:t>誓約書</w:t>
            </w:r>
          </w:p>
        </w:tc>
      </w:tr>
    </w:tbl>
    <w:p w14:paraId="4FD9044D" w14:textId="77777777" w:rsidR="006E0D24" w:rsidRDefault="006E0D24">
      <w:pPr>
        <w:spacing w:after="40"/>
        <w:ind w:left="113"/>
        <w:rPr>
          <w:sz w:val="21"/>
          <w:lang w:eastAsia="ja-JP"/>
        </w:rPr>
      </w:pPr>
      <w:r w:rsidRPr="006E0D24">
        <w:rPr>
          <w:sz w:val="21"/>
          <w:lang w:eastAsia="ja-JP"/>
        </w:rPr>
        <w:t>※共有による申込みの場合は、共有者全員分の必要書類及び誓約書を提出すること。共有申込人は、あらかじめ代表者を定め、入札前までに代表者選任届（様式第4号）を提出すること。</w:t>
      </w:r>
    </w:p>
    <w:p w14:paraId="7272CC05" w14:textId="36E02430" w:rsidR="00571B36" w:rsidRDefault="00000000">
      <w:pPr>
        <w:spacing w:after="40"/>
        <w:ind w:left="113"/>
        <w:rPr>
          <w:lang w:eastAsia="ja-JP"/>
        </w:rPr>
      </w:pPr>
      <w:r>
        <w:rPr>
          <w:sz w:val="21"/>
          <w:lang w:eastAsia="ja-JP"/>
        </w:rPr>
        <w:t>※提出された入札参加申込書及び添付書類は、入札参加資格の有無及び落札の結果にかかわらず返却しない。</w:t>
      </w:r>
    </w:p>
    <w:p w14:paraId="3909D2F4" w14:textId="77777777" w:rsidR="005653CC" w:rsidRPr="00327567" w:rsidRDefault="00000000">
      <w:pPr>
        <w:spacing w:after="40"/>
        <w:ind w:left="340"/>
        <w:rPr>
          <w:lang w:eastAsia="ja-JP"/>
        </w:rPr>
      </w:pPr>
      <w:r w:rsidRPr="00327567">
        <w:rPr>
          <w:sz w:val="21"/>
          <w:lang w:eastAsia="ja-JP"/>
        </w:rPr>
        <w:t>②申込み期間及び時間</w:t>
      </w:r>
    </w:p>
    <w:p w14:paraId="48EEAD49" w14:textId="77777777" w:rsidR="005653CC" w:rsidRPr="00327567" w:rsidRDefault="00000000">
      <w:pPr>
        <w:spacing w:after="40"/>
        <w:ind w:left="340"/>
        <w:rPr>
          <w:lang w:eastAsia="ja-JP"/>
        </w:rPr>
      </w:pPr>
      <w:r w:rsidRPr="00327567">
        <w:rPr>
          <w:sz w:val="21"/>
          <w:lang w:eastAsia="ja-JP"/>
        </w:rPr>
        <w:t>令和8年9月16日（水）から令和8年11月4日（水）までの午前9時から午後5時まで。</w:t>
      </w:r>
    </w:p>
    <w:p w14:paraId="077AB0C6" w14:textId="77777777" w:rsidR="005653CC" w:rsidRPr="00327567" w:rsidRDefault="00000000">
      <w:pPr>
        <w:spacing w:after="40"/>
        <w:ind w:left="113"/>
        <w:rPr>
          <w:lang w:eastAsia="ja-JP"/>
        </w:rPr>
      </w:pPr>
      <w:r w:rsidRPr="00327567">
        <w:rPr>
          <w:sz w:val="21"/>
          <w:lang w:eastAsia="ja-JP"/>
        </w:rPr>
        <w:t>※土曜日、日曜日及び祝日は受け付けない。申込みは持参に限り、郵送、電子メール及びFAXによる申込みは受け付けない。</w:t>
      </w:r>
    </w:p>
    <w:p w14:paraId="059697F9" w14:textId="77777777" w:rsidR="00A86E9B" w:rsidRDefault="00A86E9B">
      <w:pPr>
        <w:spacing w:after="40"/>
        <w:ind w:left="340"/>
        <w:rPr>
          <w:sz w:val="21"/>
        </w:rPr>
      </w:pPr>
    </w:p>
    <w:p w14:paraId="08DC5AF3" w14:textId="6C25EA33" w:rsidR="005653CC" w:rsidRPr="00327567" w:rsidRDefault="00000000">
      <w:pPr>
        <w:spacing w:after="40"/>
        <w:ind w:left="340"/>
      </w:pPr>
      <w:r w:rsidRPr="00327567">
        <w:rPr>
          <w:sz w:val="21"/>
        </w:rPr>
        <w:lastRenderedPageBreak/>
        <w:t>③</w:t>
      </w:r>
      <w:proofErr w:type="spellStart"/>
      <w:r w:rsidRPr="00327567">
        <w:rPr>
          <w:sz w:val="21"/>
        </w:rPr>
        <w:t>申込み場所</w:t>
      </w:r>
      <w:proofErr w:type="spellEnd"/>
    </w:p>
    <w:p w14:paraId="0899C68A" w14:textId="77777777" w:rsidR="005653CC" w:rsidRPr="00327567" w:rsidRDefault="00000000">
      <w:pPr>
        <w:spacing w:after="40"/>
        <w:ind w:left="340"/>
      </w:pPr>
      <w:r w:rsidRPr="00327567">
        <w:rPr>
          <w:sz w:val="21"/>
        </w:rPr>
        <w:t>熊本県玉名郡長洲町大字長洲2766番地　長洲町役場総務課財務係</w:t>
      </w:r>
      <w:r w:rsidRPr="00327567">
        <w:rPr>
          <w:sz w:val="21"/>
        </w:rPr>
        <w:br/>
        <w:t>電話　0968-78-3178　　電子メール　zaisei@town.nagasu.lg.jp</w:t>
      </w:r>
    </w:p>
    <w:p w14:paraId="0E6260B2" w14:textId="77777777" w:rsidR="005653CC" w:rsidRPr="00327567" w:rsidRDefault="00000000">
      <w:pPr>
        <w:keepNext/>
        <w:spacing w:after="40"/>
        <w:ind w:left="170"/>
        <w:rPr>
          <w:lang w:eastAsia="ja-JP"/>
        </w:rPr>
      </w:pPr>
      <w:r w:rsidRPr="00327567">
        <w:rPr>
          <w:sz w:val="21"/>
          <w:lang w:eastAsia="ja-JP"/>
        </w:rPr>
        <w:t>（３）事前質問</w:t>
      </w:r>
    </w:p>
    <w:p w14:paraId="6F2447DB" w14:textId="77777777" w:rsidR="005653CC" w:rsidRPr="00327567" w:rsidRDefault="00000000">
      <w:pPr>
        <w:spacing w:after="40"/>
        <w:ind w:left="340"/>
        <w:rPr>
          <w:lang w:eastAsia="ja-JP"/>
        </w:rPr>
      </w:pPr>
      <w:r w:rsidRPr="00327567">
        <w:rPr>
          <w:sz w:val="21"/>
          <w:lang w:eastAsia="ja-JP"/>
        </w:rPr>
        <w:t>事前質問は令和8年10月9日（金）までとし、令和8年10月19日（月）までに町ホームページに回答を掲載する。質問は電子メールによるものとし、様式は任意とする。なお、質問期限後の質問は、原則として受け付けない。</w:t>
      </w:r>
    </w:p>
    <w:p w14:paraId="5DE5896E" w14:textId="77777777" w:rsidR="005653CC" w:rsidRPr="00327567" w:rsidRDefault="00000000">
      <w:pPr>
        <w:keepNext/>
        <w:spacing w:after="40"/>
        <w:ind w:left="170"/>
        <w:rPr>
          <w:lang w:eastAsia="ja-JP"/>
        </w:rPr>
      </w:pPr>
      <w:r w:rsidRPr="00327567">
        <w:rPr>
          <w:sz w:val="21"/>
          <w:lang w:eastAsia="ja-JP"/>
        </w:rPr>
        <w:t>（４）入札参加資格の決定</w:t>
      </w:r>
    </w:p>
    <w:p w14:paraId="49D617F4" w14:textId="77777777" w:rsidR="005653CC" w:rsidRPr="00327567" w:rsidRDefault="00000000">
      <w:pPr>
        <w:spacing w:after="40"/>
        <w:ind w:left="340"/>
        <w:rPr>
          <w:lang w:eastAsia="ja-JP"/>
        </w:rPr>
      </w:pPr>
      <w:r w:rsidRPr="00327567">
        <w:rPr>
          <w:sz w:val="21"/>
          <w:lang w:eastAsia="ja-JP"/>
        </w:rPr>
        <w:t>提出された入札参加申込書及び添付書類を審査し、参加資格の有無を令和8年11月20日（金）までに電子メールにより通知する。</w:t>
      </w:r>
    </w:p>
    <w:p w14:paraId="3561C10F" w14:textId="77777777" w:rsidR="005653CC" w:rsidRPr="00327567" w:rsidRDefault="00000000">
      <w:pPr>
        <w:keepNext/>
        <w:spacing w:after="40"/>
        <w:ind w:left="170"/>
        <w:rPr>
          <w:lang w:eastAsia="ja-JP"/>
        </w:rPr>
      </w:pPr>
      <w:r w:rsidRPr="00327567">
        <w:rPr>
          <w:sz w:val="21"/>
          <w:lang w:eastAsia="ja-JP"/>
        </w:rPr>
        <w:t>（５）契約条項を示す場所</w:t>
      </w:r>
    </w:p>
    <w:p w14:paraId="023838FD" w14:textId="77777777" w:rsidR="005653CC" w:rsidRPr="00327567" w:rsidRDefault="00000000">
      <w:pPr>
        <w:spacing w:after="40"/>
        <w:ind w:left="340"/>
        <w:rPr>
          <w:lang w:eastAsia="ja-JP"/>
        </w:rPr>
      </w:pPr>
      <w:r w:rsidRPr="00327567">
        <w:rPr>
          <w:sz w:val="21"/>
          <w:lang w:eastAsia="ja-JP"/>
        </w:rPr>
        <w:t>熊本県玉名郡長洲町大字長洲2766番地　長洲町役場総務課財務係（町ホームページにも掲載する。）</w:t>
      </w:r>
    </w:p>
    <w:p w14:paraId="41EF01E6" w14:textId="77777777" w:rsidR="005653CC" w:rsidRPr="00327567" w:rsidRDefault="00000000">
      <w:pPr>
        <w:keepNext/>
        <w:spacing w:after="80"/>
        <w:rPr>
          <w:lang w:eastAsia="ja-JP"/>
        </w:rPr>
      </w:pPr>
      <w:r w:rsidRPr="00327567">
        <w:rPr>
          <w:sz w:val="21"/>
          <w:lang w:eastAsia="ja-JP"/>
        </w:rPr>
        <w:t>３　入札日及び落札者の決定方法</w:t>
      </w:r>
    </w:p>
    <w:p w14:paraId="0928B30C" w14:textId="77777777" w:rsidR="005653CC" w:rsidRPr="00327567" w:rsidRDefault="00000000">
      <w:pPr>
        <w:keepNext/>
        <w:spacing w:after="40"/>
        <w:ind w:left="170"/>
        <w:rPr>
          <w:lang w:eastAsia="ja-JP"/>
        </w:rPr>
      </w:pPr>
      <w:r w:rsidRPr="00327567">
        <w:rPr>
          <w:sz w:val="21"/>
          <w:lang w:eastAsia="ja-JP"/>
        </w:rPr>
        <w:t>（１）入札及び開札の日時、場所</w:t>
      </w:r>
    </w:p>
    <w:tbl>
      <w:tblPr>
        <w:tblStyle w:val="afe"/>
        <w:tblW w:w="0" w:type="auto"/>
        <w:jc w:val="center"/>
        <w:tblLook w:val="04A0" w:firstRow="1" w:lastRow="0" w:firstColumn="1" w:lastColumn="0" w:noHBand="0" w:noVBand="1"/>
      </w:tblPr>
      <w:tblGrid>
        <w:gridCol w:w="3229"/>
        <w:gridCol w:w="3996"/>
        <w:gridCol w:w="2460"/>
      </w:tblGrid>
      <w:tr w:rsidR="005653CC" w:rsidRPr="00327567" w14:paraId="7F536905" w14:textId="77777777" w:rsidTr="00A86E9B">
        <w:trPr>
          <w:cantSplit/>
          <w:jc w:val="center"/>
        </w:trPr>
        <w:tc>
          <w:tcPr>
            <w:tcW w:w="3229" w:type="dxa"/>
            <w:vAlign w:val="center"/>
          </w:tcPr>
          <w:p w14:paraId="79697958" w14:textId="77777777" w:rsidR="005653CC" w:rsidRPr="00A86E9B" w:rsidRDefault="00000000">
            <w:pPr>
              <w:spacing w:line="240" w:lineRule="auto"/>
              <w:jc w:val="center"/>
              <w:rPr>
                <w:sz w:val="21"/>
                <w:szCs w:val="28"/>
              </w:rPr>
            </w:pPr>
            <w:proofErr w:type="spellStart"/>
            <w:r w:rsidRPr="00A86E9B">
              <w:rPr>
                <w:sz w:val="21"/>
                <w:szCs w:val="28"/>
              </w:rPr>
              <w:t>入札日</w:t>
            </w:r>
            <w:proofErr w:type="spellEnd"/>
          </w:p>
        </w:tc>
        <w:tc>
          <w:tcPr>
            <w:tcW w:w="3996" w:type="dxa"/>
            <w:vAlign w:val="center"/>
          </w:tcPr>
          <w:p w14:paraId="5E6128B1" w14:textId="77777777" w:rsidR="005653CC" w:rsidRPr="00A86E9B" w:rsidRDefault="00000000">
            <w:pPr>
              <w:spacing w:line="240" w:lineRule="auto"/>
              <w:jc w:val="center"/>
              <w:rPr>
                <w:sz w:val="21"/>
                <w:szCs w:val="28"/>
              </w:rPr>
            </w:pPr>
            <w:r w:rsidRPr="00A86E9B">
              <w:rPr>
                <w:sz w:val="21"/>
                <w:szCs w:val="28"/>
              </w:rPr>
              <w:t>受付時間</w:t>
            </w:r>
          </w:p>
        </w:tc>
        <w:tc>
          <w:tcPr>
            <w:tcW w:w="2460" w:type="dxa"/>
            <w:vAlign w:val="center"/>
          </w:tcPr>
          <w:p w14:paraId="5062F4BA" w14:textId="77777777" w:rsidR="005653CC" w:rsidRPr="00A86E9B" w:rsidRDefault="00000000">
            <w:pPr>
              <w:spacing w:line="240" w:lineRule="auto"/>
              <w:jc w:val="center"/>
              <w:rPr>
                <w:sz w:val="21"/>
                <w:szCs w:val="28"/>
              </w:rPr>
            </w:pPr>
            <w:r w:rsidRPr="00A86E9B">
              <w:rPr>
                <w:sz w:val="21"/>
                <w:szCs w:val="28"/>
              </w:rPr>
              <w:t>入札時刻</w:t>
            </w:r>
          </w:p>
        </w:tc>
      </w:tr>
      <w:tr w:rsidR="005653CC" w:rsidRPr="00327567" w14:paraId="4941A081" w14:textId="77777777" w:rsidTr="00A86E9B">
        <w:trPr>
          <w:cantSplit/>
          <w:jc w:val="center"/>
        </w:trPr>
        <w:tc>
          <w:tcPr>
            <w:tcW w:w="3229" w:type="dxa"/>
            <w:vAlign w:val="center"/>
          </w:tcPr>
          <w:p w14:paraId="3DF0E2C5" w14:textId="77777777" w:rsidR="005653CC" w:rsidRPr="00A86E9B" w:rsidRDefault="00000000">
            <w:pPr>
              <w:spacing w:line="240" w:lineRule="auto"/>
              <w:jc w:val="center"/>
              <w:rPr>
                <w:sz w:val="21"/>
                <w:szCs w:val="28"/>
              </w:rPr>
            </w:pPr>
            <w:r w:rsidRPr="00A86E9B">
              <w:rPr>
                <w:sz w:val="21"/>
                <w:szCs w:val="28"/>
              </w:rPr>
              <w:t>令和8年11月27日（金）</w:t>
            </w:r>
          </w:p>
        </w:tc>
        <w:tc>
          <w:tcPr>
            <w:tcW w:w="3996" w:type="dxa"/>
            <w:vAlign w:val="center"/>
          </w:tcPr>
          <w:p w14:paraId="5D388671" w14:textId="77777777" w:rsidR="005653CC" w:rsidRPr="00A86E9B" w:rsidRDefault="00000000">
            <w:pPr>
              <w:spacing w:line="240" w:lineRule="auto"/>
              <w:jc w:val="center"/>
              <w:rPr>
                <w:sz w:val="21"/>
                <w:szCs w:val="28"/>
                <w:lang w:eastAsia="ja-JP"/>
              </w:rPr>
            </w:pPr>
            <w:r w:rsidRPr="00A86E9B">
              <w:rPr>
                <w:sz w:val="21"/>
                <w:szCs w:val="28"/>
                <w:lang w:eastAsia="ja-JP"/>
              </w:rPr>
              <w:t>午前9時30分から午前9時50分まで</w:t>
            </w:r>
          </w:p>
        </w:tc>
        <w:tc>
          <w:tcPr>
            <w:tcW w:w="2460" w:type="dxa"/>
            <w:vAlign w:val="center"/>
          </w:tcPr>
          <w:p w14:paraId="5C8A85F3" w14:textId="77777777" w:rsidR="005653CC" w:rsidRPr="00A86E9B" w:rsidRDefault="00000000">
            <w:pPr>
              <w:spacing w:line="240" w:lineRule="auto"/>
              <w:jc w:val="center"/>
              <w:rPr>
                <w:sz w:val="21"/>
                <w:szCs w:val="28"/>
              </w:rPr>
            </w:pPr>
            <w:r w:rsidRPr="00A86E9B">
              <w:rPr>
                <w:sz w:val="21"/>
                <w:szCs w:val="28"/>
              </w:rPr>
              <w:t>午前10時00分</w:t>
            </w:r>
          </w:p>
        </w:tc>
      </w:tr>
    </w:tbl>
    <w:p w14:paraId="75B75DE9" w14:textId="77777777" w:rsidR="005653CC" w:rsidRPr="00327567" w:rsidRDefault="00000000">
      <w:pPr>
        <w:spacing w:after="40"/>
        <w:ind w:left="340"/>
        <w:rPr>
          <w:lang w:eastAsia="ja-JP"/>
        </w:rPr>
      </w:pPr>
      <w:r w:rsidRPr="00327567">
        <w:rPr>
          <w:sz w:val="21"/>
          <w:lang w:eastAsia="ja-JP"/>
        </w:rPr>
        <w:t>①受付時間までに受付を完了しない場合は、当該入札に参加できないものとする。</w:t>
      </w:r>
    </w:p>
    <w:p w14:paraId="169AA6D0" w14:textId="77777777" w:rsidR="005653CC" w:rsidRPr="00327567" w:rsidRDefault="00000000">
      <w:pPr>
        <w:spacing w:after="40"/>
        <w:ind w:left="340"/>
        <w:rPr>
          <w:lang w:eastAsia="ja-JP"/>
        </w:rPr>
      </w:pPr>
      <w:r w:rsidRPr="00327567">
        <w:rPr>
          <w:sz w:val="21"/>
          <w:lang w:eastAsia="ja-JP"/>
        </w:rPr>
        <w:t>②開札は、入札時刻に引き続き入札会場において行う。</w:t>
      </w:r>
    </w:p>
    <w:p w14:paraId="45FE3415" w14:textId="77777777" w:rsidR="005653CC" w:rsidRPr="00327567" w:rsidRDefault="00000000">
      <w:pPr>
        <w:spacing w:after="40"/>
        <w:ind w:left="340"/>
      </w:pPr>
      <w:r w:rsidRPr="00327567">
        <w:rPr>
          <w:sz w:val="21"/>
        </w:rPr>
        <w:t>③</w:t>
      </w:r>
      <w:proofErr w:type="spellStart"/>
      <w:r w:rsidRPr="00327567">
        <w:rPr>
          <w:sz w:val="21"/>
        </w:rPr>
        <w:t>場所</w:t>
      </w:r>
      <w:proofErr w:type="spellEnd"/>
      <w:r w:rsidRPr="00327567">
        <w:rPr>
          <w:sz w:val="21"/>
        </w:rPr>
        <w:t xml:space="preserve">　熊本県玉名郡長洲町大字長洲2766番地　長洲町役場3階　</w:t>
      </w:r>
      <w:proofErr w:type="spellStart"/>
      <w:r w:rsidRPr="00327567">
        <w:rPr>
          <w:sz w:val="21"/>
        </w:rPr>
        <w:t>中会議室</w:t>
      </w:r>
      <w:proofErr w:type="spellEnd"/>
    </w:p>
    <w:p w14:paraId="4420DE26" w14:textId="5704F089" w:rsidR="005653CC" w:rsidRPr="00327567" w:rsidRDefault="00640600">
      <w:pPr>
        <w:spacing w:after="40"/>
        <w:ind w:left="340"/>
        <w:rPr>
          <w:lang w:eastAsia="ja-JP"/>
        </w:rPr>
      </w:pPr>
      <w:r w:rsidRPr="00640600">
        <w:rPr>
          <w:sz w:val="21"/>
          <w:lang w:eastAsia="ja-JP"/>
        </w:rPr>
        <w:t>④入札書（様式第2号）に必要事項を記載し、記名のうえ、本人又は共有申込人の代表者が入札する場合は入札参加申込書に使用した印を、代理人が入札する場合は委任状の代理人欄に使用した印を押印し、封書にして提出すること。代理人が入札する場合は委任状（様式第3号）を、共有申込人の代表者が入札する場合は代表者選任届（様式第4号）を、それぞれ入札前までに提出すること。</w:t>
      </w:r>
    </w:p>
    <w:p w14:paraId="3BF72D73" w14:textId="77777777" w:rsidR="005653CC" w:rsidRPr="00327567" w:rsidRDefault="00000000">
      <w:pPr>
        <w:spacing w:after="40"/>
        <w:ind w:left="340"/>
        <w:rPr>
          <w:lang w:eastAsia="ja-JP"/>
        </w:rPr>
      </w:pPr>
      <w:r w:rsidRPr="00327567">
        <w:rPr>
          <w:sz w:val="21"/>
          <w:lang w:eastAsia="ja-JP"/>
        </w:rPr>
        <w:t>⑤提出した入札書は、書替え、引換え又は撤回をすることができない。</w:t>
      </w:r>
    </w:p>
    <w:p w14:paraId="14975FDC" w14:textId="77777777" w:rsidR="005653CC" w:rsidRPr="00327567" w:rsidRDefault="00000000">
      <w:pPr>
        <w:keepNext/>
        <w:spacing w:after="40"/>
        <w:ind w:left="170"/>
        <w:rPr>
          <w:lang w:eastAsia="ja-JP"/>
        </w:rPr>
      </w:pPr>
      <w:r w:rsidRPr="00327567">
        <w:rPr>
          <w:sz w:val="21"/>
          <w:lang w:eastAsia="ja-JP"/>
        </w:rPr>
        <w:t>（２）落札者の決定方法</w:t>
      </w:r>
    </w:p>
    <w:p w14:paraId="0E452E8D" w14:textId="77777777" w:rsidR="005653CC" w:rsidRPr="00327567" w:rsidRDefault="00000000">
      <w:pPr>
        <w:spacing w:after="40"/>
        <w:ind w:left="340"/>
        <w:rPr>
          <w:lang w:eastAsia="ja-JP"/>
        </w:rPr>
      </w:pPr>
      <w:r w:rsidRPr="00327567">
        <w:rPr>
          <w:sz w:val="21"/>
          <w:lang w:eastAsia="ja-JP"/>
        </w:rPr>
        <w:t>①開札の結果、町の最低売払価格以上の価格で入札した者のうち、最高価格で入札した者を落札者とする。</w:t>
      </w:r>
    </w:p>
    <w:p w14:paraId="0F179079" w14:textId="77777777" w:rsidR="005653CC" w:rsidRPr="00327567" w:rsidRDefault="00000000">
      <w:pPr>
        <w:spacing w:after="40"/>
        <w:ind w:left="340"/>
        <w:rPr>
          <w:lang w:eastAsia="ja-JP"/>
        </w:rPr>
      </w:pPr>
      <w:r w:rsidRPr="00327567">
        <w:rPr>
          <w:sz w:val="21"/>
          <w:lang w:eastAsia="ja-JP"/>
        </w:rPr>
        <w:t>②最高価格で入札した者が2人以上あるときは、直ちにくじにより落札者を決定する。くじを引く順番は、当日の受付順に予備くじを引かせて決定し、その順番に本くじを引かせる。この場合において、当該入札者のうち、くじを引かない者があるときは、これに代わって当該入札事務に関係のない町職員にくじを引かせるものとする。</w:t>
      </w:r>
    </w:p>
    <w:p w14:paraId="160E1CBE" w14:textId="77777777" w:rsidR="005653CC" w:rsidRPr="00327567" w:rsidRDefault="00000000">
      <w:pPr>
        <w:keepNext/>
        <w:spacing w:after="40"/>
        <w:ind w:left="170"/>
        <w:rPr>
          <w:lang w:eastAsia="ja-JP"/>
        </w:rPr>
      </w:pPr>
      <w:r w:rsidRPr="00327567">
        <w:rPr>
          <w:sz w:val="21"/>
          <w:lang w:eastAsia="ja-JP"/>
        </w:rPr>
        <w:t>（３）落札者に付する条件</w:t>
      </w:r>
    </w:p>
    <w:p w14:paraId="36717400" w14:textId="77777777" w:rsidR="005653CC" w:rsidRPr="00327567" w:rsidRDefault="00000000">
      <w:pPr>
        <w:spacing w:after="40"/>
        <w:ind w:left="340"/>
        <w:rPr>
          <w:lang w:eastAsia="ja-JP"/>
        </w:rPr>
      </w:pPr>
      <w:r w:rsidRPr="00327567">
        <w:rPr>
          <w:sz w:val="21"/>
          <w:lang w:eastAsia="ja-JP"/>
        </w:rPr>
        <w:t>①契約締結の日から5年間、売買物件を風俗営業等の規制及び業務の適正化等に関する法律（昭和23年法律第122号）第2条第1項に規定する風俗営業、同条第5項に規定する性風俗関連特殊営業その他これらに類する業の用に供しないこと。</w:t>
      </w:r>
    </w:p>
    <w:p w14:paraId="397BE8B6" w14:textId="77777777" w:rsidR="005653CC" w:rsidRPr="00327567" w:rsidRDefault="00000000">
      <w:pPr>
        <w:spacing w:after="40"/>
        <w:ind w:left="340"/>
        <w:rPr>
          <w:lang w:eastAsia="ja-JP"/>
        </w:rPr>
      </w:pPr>
      <w:r w:rsidRPr="00327567">
        <w:rPr>
          <w:sz w:val="21"/>
          <w:lang w:eastAsia="ja-JP"/>
        </w:rPr>
        <w:t>②売買物件を暴力団、暴力団員又は暴力団関係者の活動の用その他公序良俗に反する用途に供しないこと。</w:t>
      </w:r>
    </w:p>
    <w:p w14:paraId="619B573F" w14:textId="77777777" w:rsidR="005653CC" w:rsidRPr="00327567" w:rsidRDefault="00000000">
      <w:pPr>
        <w:keepNext/>
        <w:spacing w:after="40"/>
        <w:ind w:left="170"/>
        <w:rPr>
          <w:lang w:eastAsia="ja-JP"/>
        </w:rPr>
      </w:pPr>
      <w:r w:rsidRPr="00327567">
        <w:rPr>
          <w:sz w:val="21"/>
          <w:lang w:eastAsia="ja-JP"/>
        </w:rPr>
        <w:t>（４）入札保証金</w:t>
      </w:r>
    </w:p>
    <w:p w14:paraId="1F6EF085" w14:textId="77777777" w:rsidR="005653CC" w:rsidRPr="00327567" w:rsidRDefault="00000000">
      <w:pPr>
        <w:spacing w:after="40"/>
        <w:ind w:left="340"/>
        <w:rPr>
          <w:lang w:eastAsia="ja-JP"/>
        </w:rPr>
      </w:pPr>
      <w:r w:rsidRPr="00327567">
        <w:rPr>
          <w:sz w:val="21"/>
          <w:lang w:eastAsia="ja-JP"/>
        </w:rPr>
        <w:t>入札保証金は免除する。</w:t>
      </w:r>
    </w:p>
    <w:p w14:paraId="7E0DCF9E" w14:textId="77777777" w:rsidR="005653CC" w:rsidRPr="00327567" w:rsidRDefault="00000000">
      <w:pPr>
        <w:keepNext/>
        <w:spacing w:after="40"/>
        <w:ind w:left="170"/>
        <w:rPr>
          <w:lang w:eastAsia="ja-JP"/>
        </w:rPr>
      </w:pPr>
      <w:r w:rsidRPr="00327567">
        <w:rPr>
          <w:sz w:val="21"/>
          <w:lang w:eastAsia="ja-JP"/>
        </w:rPr>
        <w:t>（５）無効入札となる事項</w:t>
      </w:r>
    </w:p>
    <w:p w14:paraId="72E2CE2A" w14:textId="77777777" w:rsidR="005653CC" w:rsidRPr="00327567" w:rsidRDefault="00000000">
      <w:pPr>
        <w:spacing w:after="40"/>
        <w:ind w:left="340"/>
        <w:rPr>
          <w:lang w:eastAsia="ja-JP"/>
        </w:rPr>
      </w:pPr>
      <w:r w:rsidRPr="00327567">
        <w:rPr>
          <w:sz w:val="21"/>
          <w:lang w:eastAsia="ja-JP"/>
        </w:rPr>
        <w:t>①入札資格のない者が入札したとき。</w:t>
      </w:r>
    </w:p>
    <w:p w14:paraId="020C2583" w14:textId="77777777" w:rsidR="005653CC" w:rsidRPr="00327567" w:rsidRDefault="00000000">
      <w:pPr>
        <w:spacing w:after="40"/>
        <w:ind w:left="340"/>
        <w:rPr>
          <w:lang w:eastAsia="ja-JP"/>
        </w:rPr>
      </w:pPr>
      <w:r w:rsidRPr="00327567">
        <w:rPr>
          <w:sz w:val="21"/>
          <w:lang w:eastAsia="ja-JP"/>
        </w:rPr>
        <w:t>②同一の入札について2通以上の入札書を提出したとき。</w:t>
      </w:r>
    </w:p>
    <w:p w14:paraId="2707B6A2" w14:textId="77777777" w:rsidR="005653CC" w:rsidRPr="00327567" w:rsidRDefault="00000000">
      <w:pPr>
        <w:spacing w:after="40"/>
        <w:ind w:left="340"/>
        <w:rPr>
          <w:lang w:eastAsia="ja-JP"/>
        </w:rPr>
      </w:pPr>
      <w:r w:rsidRPr="00327567">
        <w:rPr>
          <w:sz w:val="21"/>
          <w:lang w:eastAsia="ja-JP"/>
        </w:rPr>
        <w:t>③代理人が委任状を提出しないとき、又は他人の代理人を兼ね、若しくは2人以上の代理人をしたとき。</w:t>
      </w:r>
    </w:p>
    <w:p w14:paraId="6DF6267D" w14:textId="630A5BA1" w:rsidR="005653CC" w:rsidRPr="00327567" w:rsidRDefault="00000000">
      <w:pPr>
        <w:spacing w:after="40"/>
        <w:ind w:left="340"/>
        <w:rPr>
          <w:lang w:eastAsia="ja-JP"/>
        </w:rPr>
      </w:pPr>
      <w:r w:rsidRPr="00327567">
        <w:rPr>
          <w:sz w:val="21"/>
          <w:lang w:eastAsia="ja-JP"/>
        </w:rPr>
        <w:lastRenderedPageBreak/>
        <w:t>④</w:t>
      </w:r>
      <w:r w:rsidR="000862AB" w:rsidRPr="000862AB">
        <w:rPr>
          <w:sz w:val="21"/>
          <w:lang w:eastAsia="ja-JP"/>
        </w:rPr>
        <w:t>入札書に入札者の記名及び押印がないとき、又は金額を訂正したとき。</w:t>
      </w:r>
    </w:p>
    <w:p w14:paraId="172F7EC0" w14:textId="77777777" w:rsidR="005653CC" w:rsidRPr="00327567" w:rsidRDefault="00000000">
      <w:pPr>
        <w:spacing w:after="40"/>
        <w:ind w:left="340"/>
        <w:rPr>
          <w:lang w:eastAsia="ja-JP"/>
        </w:rPr>
      </w:pPr>
      <w:r w:rsidRPr="00327567">
        <w:rPr>
          <w:sz w:val="21"/>
          <w:lang w:eastAsia="ja-JP"/>
        </w:rPr>
        <w:t>⑤談合その他不正の行為があったと認めるとき。</w:t>
      </w:r>
    </w:p>
    <w:p w14:paraId="141E509D" w14:textId="77777777" w:rsidR="005653CC" w:rsidRPr="00327567" w:rsidRDefault="00000000">
      <w:pPr>
        <w:spacing w:after="40"/>
        <w:ind w:left="340"/>
        <w:rPr>
          <w:lang w:eastAsia="ja-JP"/>
        </w:rPr>
      </w:pPr>
      <w:r w:rsidRPr="00327567">
        <w:rPr>
          <w:sz w:val="21"/>
          <w:lang w:eastAsia="ja-JP"/>
        </w:rPr>
        <w:t>⑥前各号に掲げるもののほか、入札条件に違反したとき。</w:t>
      </w:r>
    </w:p>
    <w:p w14:paraId="3457FA0C" w14:textId="77777777" w:rsidR="005653CC" w:rsidRPr="00327567" w:rsidRDefault="00000000">
      <w:pPr>
        <w:keepNext/>
        <w:spacing w:after="80"/>
        <w:rPr>
          <w:lang w:eastAsia="ja-JP"/>
        </w:rPr>
      </w:pPr>
      <w:r w:rsidRPr="00327567">
        <w:rPr>
          <w:sz w:val="21"/>
          <w:lang w:eastAsia="ja-JP"/>
        </w:rPr>
        <w:t>４　契約の締結等</w:t>
      </w:r>
    </w:p>
    <w:p w14:paraId="2E2076C7" w14:textId="77777777" w:rsidR="005653CC" w:rsidRPr="00327567" w:rsidRDefault="00000000">
      <w:pPr>
        <w:keepNext/>
        <w:spacing w:after="40"/>
        <w:ind w:left="170"/>
        <w:rPr>
          <w:lang w:eastAsia="ja-JP"/>
        </w:rPr>
      </w:pPr>
      <w:r w:rsidRPr="00327567">
        <w:rPr>
          <w:sz w:val="21"/>
          <w:lang w:eastAsia="ja-JP"/>
        </w:rPr>
        <w:t>（１）町有財産売払い申請書の提出</w:t>
      </w:r>
    </w:p>
    <w:p w14:paraId="2E7970A8" w14:textId="77777777" w:rsidR="005653CC" w:rsidRPr="00327567" w:rsidRDefault="00000000">
      <w:pPr>
        <w:spacing w:after="40"/>
        <w:ind w:left="340"/>
        <w:rPr>
          <w:lang w:eastAsia="ja-JP"/>
        </w:rPr>
      </w:pPr>
      <w:r w:rsidRPr="00327567">
        <w:rPr>
          <w:sz w:val="21"/>
          <w:lang w:eastAsia="ja-JP"/>
        </w:rPr>
        <w:t>落札者は、落札決定後、速やかに町有財産売払い申請書（様式第5号）を提出すること。</w:t>
      </w:r>
    </w:p>
    <w:p w14:paraId="03E3B800" w14:textId="77777777" w:rsidR="005653CC" w:rsidRPr="00327567" w:rsidRDefault="00000000">
      <w:pPr>
        <w:keepNext/>
        <w:spacing w:after="40"/>
        <w:ind w:left="170"/>
        <w:rPr>
          <w:lang w:eastAsia="ja-JP"/>
        </w:rPr>
      </w:pPr>
      <w:r w:rsidRPr="00327567">
        <w:rPr>
          <w:sz w:val="21"/>
          <w:lang w:eastAsia="ja-JP"/>
        </w:rPr>
        <w:t>（２）売買契約の締結期限及び契約保証金</w:t>
      </w:r>
    </w:p>
    <w:p w14:paraId="521678BE" w14:textId="77777777" w:rsidR="005653CC" w:rsidRPr="00327567" w:rsidRDefault="00000000">
      <w:pPr>
        <w:spacing w:after="40"/>
        <w:ind w:left="340"/>
        <w:rPr>
          <w:lang w:eastAsia="ja-JP"/>
        </w:rPr>
      </w:pPr>
      <w:r w:rsidRPr="00327567">
        <w:rPr>
          <w:sz w:val="21"/>
          <w:lang w:eastAsia="ja-JP"/>
        </w:rPr>
        <w:t>落札者は、落札決定の日から10日以内に、町が指定する契約書により売買契約を締結すること。</w:t>
      </w:r>
    </w:p>
    <w:p w14:paraId="4322F953" w14:textId="77777777" w:rsidR="005653CC" w:rsidRPr="00327567" w:rsidRDefault="00000000">
      <w:pPr>
        <w:spacing w:after="40"/>
        <w:ind w:left="340"/>
        <w:rPr>
          <w:lang w:eastAsia="ja-JP"/>
        </w:rPr>
      </w:pPr>
      <w:r w:rsidRPr="00327567">
        <w:rPr>
          <w:sz w:val="21"/>
          <w:lang w:eastAsia="ja-JP"/>
        </w:rPr>
        <w:t>契約保証金として落札金額の10％に相当する額を、売買契約締結時に、町が発行する納付書により指定金融機関で納付するものとする。</w:t>
      </w:r>
    </w:p>
    <w:p w14:paraId="2FC3B900" w14:textId="77777777" w:rsidR="005653CC" w:rsidRPr="00327567" w:rsidRDefault="00000000">
      <w:pPr>
        <w:keepNext/>
        <w:spacing w:after="40"/>
        <w:ind w:left="170"/>
      </w:pPr>
      <w:r w:rsidRPr="00327567">
        <w:rPr>
          <w:sz w:val="21"/>
        </w:rPr>
        <w:t>（３）契約締結場所</w:t>
      </w:r>
    </w:p>
    <w:p w14:paraId="029CF24C" w14:textId="77777777" w:rsidR="005653CC" w:rsidRPr="00327567" w:rsidRDefault="00000000">
      <w:pPr>
        <w:spacing w:after="40"/>
        <w:ind w:left="340"/>
      </w:pPr>
      <w:r w:rsidRPr="00327567">
        <w:rPr>
          <w:sz w:val="21"/>
        </w:rPr>
        <w:t>熊本県玉名郡長洲町大字長洲2766番地　長洲町役場総務課</w:t>
      </w:r>
    </w:p>
    <w:p w14:paraId="5A07F10D" w14:textId="77777777" w:rsidR="005653CC" w:rsidRPr="00327567" w:rsidRDefault="00000000">
      <w:pPr>
        <w:keepNext/>
        <w:spacing w:after="40"/>
        <w:ind w:left="170"/>
        <w:rPr>
          <w:lang w:eastAsia="ja-JP"/>
        </w:rPr>
      </w:pPr>
      <w:r w:rsidRPr="00327567">
        <w:rPr>
          <w:sz w:val="21"/>
          <w:lang w:eastAsia="ja-JP"/>
        </w:rPr>
        <w:t>（４）売買代金の支払い</w:t>
      </w:r>
    </w:p>
    <w:p w14:paraId="7DB75657" w14:textId="77777777" w:rsidR="005653CC" w:rsidRPr="00327567" w:rsidRDefault="00000000">
      <w:pPr>
        <w:spacing w:after="40"/>
        <w:ind w:left="340"/>
        <w:rPr>
          <w:lang w:eastAsia="ja-JP"/>
        </w:rPr>
      </w:pPr>
      <w:r w:rsidRPr="00327567">
        <w:rPr>
          <w:sz w:val="21"/>
          <w:lang w:eastAsia="ja-JP"/>
        </w:rPr>
        <w:t>契約保証金を売買代金の一部に充当し、契約保証金控除後の残額を契約締結日から3か月以内に一括で支払うものとする。</w:t>
      </w:r>
    </w:p>
    <w:p w14:paraId="7D78378C" w14:textId="77777777" w:rsidR="005653CC" w:rsidRPr="00327567" w:rsidRDefault="00000000">
      <w:pPr>
        <w:keepNext/>
        <w:spacing w:after="40"/>
        <w:ind w:left="170"/>
        <w:rPr>
          <w:lang w:eastAsia="ja-JP"/>
        </w:rPr>
      </w:pPr>
      <w:r w:rsidRPr="00327567">
        <w:rPr>
          <w:sz w:val="21"/>
          <w:lang w:eastAsia="ja-JP"/>
        </w:rPr>
        <w:t>（５）所有権の移転、引渡し及び費用負担</w:t>
      </w:r>
    </w:p>
    <w:p w14:paraId="07F7DE17" w14:textId="77777777" w:rsidR="005653CC" w:rsidRPr="00327567" w:rsidRDefault="00000000">
      <w:pPr>
        <w:spacing w:after="40"/>
        <w:ind w:left="340"/>
        <w:rPr>
          <w:lang w:eastAsia="ja-JP"/>
        </w:rPr>
      </w:pPr>
      <w:r w:rsidRPr="00327567">
        <w:rPr>
          <w:sz w:val="21"/>
          <w:lang w:eastAsia="ja-JP"/>
        </w:rPr>
        <w:t>所有権は、売買代金の支払完了時に移転し、売買物件は現状有姿で引き渡すものとする。所有権移転登記その他契約の締結及び履行に必要な費用は、落札者の負担とする。</w:t>
      </w:r>
    </w:p>
    <w:p w14:paraId="4B0FBEF1" w14:textId="77777777" w:rsidR="005653CC" w:rsidRPr="00327567" w:rsidRDefault="00000000">
      <w:pPr>
        <w:keepNext/>
        <w:spacing w:after="40"/>
        <w:ind w:left="170"/>
        <w:rPr>
          <w:lang w:eastAsia="ja-JP"/>
        </w:rPr>
      </w:pPr>
      <w:r w:rsidRPr="00327567">
        <w:rPr>
          <w:sz w:val="21"/>
          <w:lang w:eastAsia="ja-JP"/>
        </w:rPr>
        <w:t>（６）契約不適合責任</w:t>
      </w:r>
    </w:p>
    <w:p w14:paraId="361D124C" w14:textId="77777777" w:rsidR="005653CC" w:rsidRPr="00327567" w:rsidRDefault="00000000">
      <w:pPr>
        <w:spacing w:after="40"/>
        <w:ind w:left="340"/>
        <w:rPr>
          <w:lang w:eastAsia="ja-JP"/>
        </w:rPr>
      </w:pPr>
      <w:r w:rsidRPr="00327567">
        <w:rPr>
          <w:sz w:val="21"/>
          <w:lang w:eastAsia="ja-JP"/>
        </w:rPr>
        <w:t>落札者は、関係書類及び現地を確認した上で申し込むものとし、町は売買物件について契約不適合責任を負わない。ただし、町が知りながら落札者に告げなかった事実については、この限りでない。</w:t>
      </w:r>
    </w:p>
    <w:p w14:paraId="1453B2EC" w14:textId="77777777" w:rsidR="005653CC" w:rsidRPr="00327567" w:rsidRDefault="00000000">
      <w:pPr>
        <w:keepNext/>
        <w:spacing w:after="40"/>
        <w:ind w:left="170"/>
        <w:rPr>
          <w:lang w:eastAsia="ja-JP"/>
        </w:rPr>
      </w:pPr>
      <w:r w:rsidRPr="00327567">
        <w:rPr>
          <w:sz w:val="21"/>
          <w:lang w:eastAsia="ja-JP"/>
        </w:rPr>
        <w:t>（７）契約条件違反等</w:t>
      </w:r>
    </w:p>
    <w:p w14:paraId="6A03BBE2" w14:textId="77777777" w:rsidR="005653CC" w:rsidRPr="00327567" w:rsidRDefault="00000000">
      <w:pPr>
        <w:spacing w:after="40"/>
        <w:ind w:left="340"/>
        <w:rPr>
          <w:lang w:eastAsia="ja-JP"/>
        </w:rPr>
      </w:pPr>
      <w:r w:rsidRPr="00327567">
        <w:rPr>
          <w:sz w:val="21"/>
          <w:lang w:eastAsia="ja-JP"/>
        </w:rPr>
        <w:t>落札者が売買契約書に定める義務に違反した場合は、町は売買契約を解除し、契約書の定めにより違約金、損害賠償金その他必要な費用の支払いを求める場合がある。</w:t>
      </w:r>
    </w:p>
    <w:p w14:paraId="2C4BB720" w14:textId="77777777" w:rsidR="005653CC" w:rsidRPr="00327567" w:rsidRDefault="00000000">
      <w:pPr>
        <w:keepNext/>
        <w:spacing w:after="80"/>
        <w:rPr>
          <w:lang w:eastAsia="ja-JP"/>
        </w:rPr>
      </w:pPr>
      <w:r w:rsidRPr="00327567">
        <w:rPr>
          <w:sz w:val="21"/>
          <w:lang w:eastAsia="ja-JP"/>
        </w:rPr>
        <w:t>５　その他</w:t>
      </w:r>
    </w:p>
    <w:p w14:paraId="6FBD2149" w14:textId="77777777" w:rsidR="005653CC" w:rsidRPr="00327567" w:rsidRDefault="00000000">
      <w:pPr>
        <w:spacing w:after="40"/>
        <w:rPr>
          <w:lang w:eastAsia="ja-JP"/>
        </w:rPr>
      </w:pPr>
      <w:r w:rsidRPr="00327567">
        <w:rPr>
          <w:sz w:val="21"/>
          <w:lang w:eastAsia="ja-JP"/>
        </w:rPr>
        <w:t>この公告に定めるもののほか、必要な事項は、関係書類及び町の指示によるものとする。災害その他やむを得ない事情により、入札を中止し、延期し、又は取り消す場合がある。</w:t>
      </w:r>
    </w:p>
    <w:sectPr w:rsidR="005653CC" w:rsidRPr="00327567" w:rsidSect="00034616">
      <w:footerReference w:type="default" r:id="rId8"/>
      <w:pgSz w:w="11906" w:h="16838"/>
      <w:pgMar w:top="850" w:right="1077"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82EA0" w14:textId="77777777" w:rsidR="00AC0737" w:rsidRDefault="00AC0737">
      <w:pPr>
        <w:spacing w:line="240" w:lineRule="auto"/>
      </w:pPr>
      <w:r>
        <w:separator/>
      </w:r>
    </w:p>
  </w:endnote>
  <w:endnote w:type="continuationSeparator" w:id="0">
    <w:p w14:paraId="45E1931A" w14:textId="77777777" w:rsidR="00AC0737" w:rsidRDefault="00AC07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04983" w14:textId="77777777" w:rsidR="005653CC" w:rsidRDefault="00000000">
    <w:pPr>
      <w:pStyle w:val="a7"/>
      <w:jc w:val="center"/>
    </w:pPr>
    <w:r>
      <w:fldChar w:fldCharType="begin"/>
    </w:r>
    <w:r>
      <w:instrText>PAGE</w:instrText>
    </w:r>
    <w:r>
      <w:fldChar w:fldCharType="separate"/>
    </w:r>
    <w:r w:rsidR="0032756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92AA0" w14:textId="77777777" w:rsidR="00AC0737" w:rsidRDefault="00AC0737">
      <w:pPr>
        <w:spacing w:line="240" w:lineRule="auto"/>
      </w:pPr>
      <w:r>
        <w:separator/>
      </w:r>
    </w:p>
  </w:footnote>
  <w:footnote w:type="continuationSeparator" w:id="0">
    <w:p w14:paraId="45C48F1F" w14:textId="77777777" w:rsidR="00AC0737" w:rsidRDefault="00AC073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31062406">
    <w:abstractNumId w:val="8"/>
  </w:num>
  <w:num w:numId="2" w16cid:durableId="1686249110">
    <w:abstractNumId w:val="6"/>
  </w:num>
  <w:num w:numId="3" w16cid:durableId="1759515835">
    <w:abstractNumId w:val="5"/>
  </w:num>
  <w:num w:numId="4" w16cid:durableId="202641973">
    <w:abstractNumId w:val="4"/>
  </w:num>
  <w:num w:numId="5" w16cid:durableId="270207521">
    <w:abstractNumId w:val="7"/>
  </w:num>
  <w:num w:numId="6" w16cid:durableId="1661230867">
    <w:abstractNumId w:val="3"/>
  </w:num>
  <w:num w:numId="7" w16cid:durableId="1366638899">
    <w:abstractNumId w:val="2"/>
  </w:num>
  <w:num w:numId="8" w16cid:durableId="2115830244">
    <w:abstractNumId w:val="1"/>
  </w:num>
  <w:num w:numId="9" w16cid:durableId="799424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2AB"/>
    <w:rsid w:val="0015074B"/>
    <w:rsid w:val="0029639D"/>
    <w:rsid w:val="00326F90"/>
    <w:rsid w:val="00327567"/>
    <w:rsid w:val="004E395F"/>
    <w:rsid w:val="005653CC"/>
    <w:rsid w:val="00571B36"/>
    <w:rsid w:val="00640600"/>
    <w:rsid w:val="006E0D24"/>
    <w:rsid w:val="00975374"/>
    <w:rsid w:val="00A86E9B"/>
    <w:rsid w:val="00AA1D8D"/>
    <w:rsid w:val="00AC0737"/>
    <w:rsid w:val="00B47730"/>
    <w:rsid w:val="00CB0664"/>
    <w:rsid w:val="00CE6732"/>
    <w:rsid w:val="00F877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080FF82"/>
  <w14:defaultImageDpi w14:val="300"/>
  <w15:docId w15:val="{0DC9887B-4E8F-4C7D-AB99-F21D4087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69" w:lineRule="auto"/>
    </w:pPr>
    <w:rPr>
      <w:rFonts w:ascii="ＭＳ 明朝" w:eastAsia="ＭＳ 明朝" w:hAnsi="ＭＳ 明朝"/>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458</Words>
  <Characters>2611</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lastModifiedBy>
  <cp:revision>4</cp:revision>
  <dcterms:created xsi:type="dcterms:W3CDTF">2026-09-08T08:26:00Z</dcterms:created>
  <dcterms:modified xsi:type="dcterms:W3CDTF">2026-09-08T08:56:00Z</dcterms:modified>
  <cp:category/>
</cp:coreProperties>
</file>